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84400" w14:textId="77777777" w:rsidR="00BA1EBF" w:rsidRPr="00D97E08" w:rsidRDefault="00000000">
      <w:pPr>
        <w:jc w:val="center"/>
        <w:rPr>
          <w:lang w:val="ru-RU"/>
        </w:rPr>
      </w:pPr>
      <w:r w:rsidRPr="00D97E08">
        <w:rPr>
          <w:b/>
          <w:sz w:val="30"/>
          <w:lang w:val="ru-RU"/>
        </w:rPr>
        <w:t>ЗАЯВЛЕНИЕ</w:t>
      </w:r>
    </w:p>
    <w:p w14:paraId="0AA58A19" w14:textId="77777777" w:rsidR="00BA1EBF" w:rsidRPr="00D97E08" w:rsidRDefault="00000000">
      <w:pPr>
        <w:jc w:val="center"/>
        <w:rPr>
          <w:lang w:val="ru-RU"/>
        </w:rPr>
      </w:pPr>
      <w:r w:rsidRPr="00D97E08">
        <w:rPr>
          <w:b/>
          <w:sz w:val="24"/>
          <w:lang w:val="ru-RU"/>
        </w:rPr>
        <w:t>на выдачу справки для получения налогового вычета</w:t>
      </w:r>
    </w:p>
    <w:p w14:paraId="0BAF893F" w14:textId="77777777" w:rsidR="00BA1EBF" w:rsidRPr="00D97E08" w:rsidRDefault="00000000">
      <w:pPr>
        <w:spacing w:after="140"/>
        <w:rPr>
          <w:lang w:val="ru-RU"/>
        </w:rPr>
      </w:pPr>
      <w:r w:rsidRPr="00D97E08">
        <w:rPr>
          <w:lang w:val="ru-RU"/>
        </w:rPr>
        <w:t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ООО «ОМЕДИКА».</w:t>
      </w:r>
    </w:p>
    <w:p w14:paraId="6830F726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ФИО пациента: </w:t>
      </w:r>
      <w:r w:rsidRPr="00D97E08">
        <w:rPr>
          <w:lang w:val="ru-RU"/>
        </w:rPr>
        <w:t>________________________________________________________________________________</w:t>
      </w:r>
    </w:p>
    <w:p w14:paraId="39864EA9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Дата рождения пациента: </w:t>
      </w:r>
      <w:r w:rsidRPr="00D97E08">
        <w:rPr>
          <w:lang w:val="ru-RU"/>
        </w:rPr>
        <w:t>«_____» __________________________ ______ г.</w:t>
      </w:r>
    </w:p>
    <w:p w14:paraId="70848BC6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Паспорт пациента: </w:t>
      </w:r>
      <w:r w:rsidRPr="00D97E08">
        <w:rPr>
          <w:lang w:val="ru-RU"/>
        </w:rPr>
        <w:t>серия __________ номер __________________ дата выдачи «_____» __________________ ______ г.</w:t>
      </w:r>
    </w:p>
    <w:p w14:paraId="27F317BA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ИНН пациента: </w:t>
      </w:r>
      <w:r w:rsidRPr="00D97E08">
        <w:rPr>
          <w:lang w:val="ru-RU"/>
        </w:rPr>
        <w:t>________________________________________________________________________________</w:t>
      </w:r>
    </w:p>
    <w:p w14:paraId="33E20A85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ФИО налогоплательщика (кто оплачивал медицинские услуги): </w:t>
      </w:r>
      <w:r w:rsidRPr="00D97E08">
        <w:rPr>
          <w:lang w:val="ru-RU"/>
        </w:rPr>
        <w:t>________________________________________________________________________________</w:t>
      </w:r>
    </w:p>
    <w:p w14:paraId="01BA62E4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Дата рождения налогоплательщика: </w:t>
      </w:r>
      <w:r w:rsidRPr="00D97E08">
        <w:rPr>
          <w:lang w:val="ru-RU"/>
        </w:rPr>
        <w:t>«_____» __________________________ ______ г.</w:t>
      </w:r>
    </w:p>
    <w:p w14:paraId="66707EBF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Паспорт налогоплательщика: </w:t>
      </w:r>
      <w:r w:rsidRPr="00D97E08">
        <w:rPr>
          <w:lang w:val="ru-RU"/>
        </w:rPr>
        <w:t>серия __________ номер __________________ дата выдачи «_____» __________________ ______ г.</w:t>
      </w:r>
    </w:p>
    <w:p w14:paraId="04BB4EE4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ИНН налогоплательщика: </w:t>
      </w:r>
      <w:r w:rsidRPr="00D97E08">
        <w:rPr>
          <w:lang w:val="ru-RU"/>
        </w:rPr>
        <w:t>________________________________________________________________________________</w:t>
      </w:r>
    </w:p>
    <w:p w14:paraId="20CE41B8" w14:textId="77777777" w:rsidR="00BA1EBF" w:rsidRPr="00D97E08" w:rsidRDefault="00000000">
      <w:pPr>
        <w:spacing w:after="100"/>
        <w:rPr>
          <w:lang w:val="ru-RU"/>
        </w:rPr>
      </w:pPr>
      <w:r w:rsidRPr="00D97E08">
        <w:rPr>
          <w:b/>
          <w:lang w:val="ru-RU"/>
        </w:rPr>
        <w:t xml:space="preserve">Степень родства налогоплательщика </w:t>
      </w:r>
      <w:r w:rsidRPr="00D97E08">
        <w:rPr>
          <w:lang w:val="ru-RU"/>
        </w:rPr>
        <w:t>(если это не сам пациент): мать, отец, сын до 18 лет, дочь до 18 лет, супруг, супруга (подчеркнуть нужное).</w:t>
      </w:r>
    </w:p>
    <w:p w14:paraId="23BBEEDC" w14:textId="77777777" w:rsidR="00BA1EBF" w:rsidRPr="00D97E08" w:rsidRDefault="00000000">
      <w:pPr>
        <w:spacing w:after="60"/>
        <w:rPr>
          <w:lang w:val="ru-RU"/>
        </w:rPr>
      </w:pPr>
      <w:r w:rsidRPr="00D97E08">
        <w:rPr>
          <w:b/>
          <w:lang w:val="ru-RU"/>
        </w:rPr>
        <w:t xml:space="preserve">За какой период нужна справка: </w:t>
      </w:r>
      <w:r w:rsidRPr="00D97E08">
        <w:rPr>
          <w:lang w:val="ru-RU"/>
        </w:rPr>
        <w:t>____________________________________________________________________</w:t>
      </w:r>
    </w:p>
    <w:p w14:paraId="7BC73E8B" w14:textId="77777777" w:rsidR="00BA1EBF" w:rsidRDefault="00000000">
      <w:pPr>
        <w:spacing w:after="60"/>
      </w:pPr>
      <w:r>
        <w:rPr>
          <w:b/>
        </w:rPr>
        <w:t xml:space="preserve">Контактный телефон: </w:t>
      </w:r>
      <w:r>
        <w:t>____________________________________________________________________</w:t>
      </w:r>
    </w:p>
    <w:p w14:paraId="25B7456C" w14:textId="77777777" w:rsidR="00BA1EBF" w:rsidRDefault="00000000">
      <w:pPr>
        <w:spacing w:before="80" w:after="80"/>
      </w:pPr>
      <w:r>
        <w:rPr>
          <w:b/>
        </w:rPr>
        <w:t>Выдать справку доверенному лицу</w:t>
      </w:r>
      <w:r>
        <w:t xml:space="preserve"> (справка выдается только в случае, если доверенное лицо указано в заявлении, и при предъявлении доверенным лицом документа, удостоверяющего личность).</w:t>
      </w:r>
    </w:p>
    <w:p w14:paraId="02EEFB82" w14:textId="77777777" w:rsidR="00BA1EBF" w:rsidRDefault="00000000">
      <w:r>
        <w:rPr>
          <w:b/>
        </w:rPr>
        <w:t xml:space="preserve">ФИО доверенного лица: </w:t>
      </w:r>
      <w:r>
        <w:t>________________________________________________________________________</w:t>
      </w:r>
    </w:p>
    <w:p w14:paraId="25335157" w14:textId="77777777" w:rsidR="00BA1EBF" w:rsidRDefault="00000000">
      <w:pPr>
        <w:spacing w:before="160"/>
      </w:pPr>
      <w:r>
        <w:rPr>
          <w:b/>
        </w:rPr>
        <w:t>Срок изготовления справки: 30 календарных дней.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BA1EBF" w14:paraId="400176F5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44967" w14:textId="77777777" w:rsidR="00BA1EBF" w:rsidRDefault="00000000">
            <w:r>
              <w:t>Подпись: __________________________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DA3F" w14:textId="77777777" w:rsidR="00BA1EBF" w:rsidRDefault="00000000">
            <w:r>
              <w:t>Дата: «_____» __________________ 20____ г.</w:t>
            </w:r>
          </w:p>
        </w:tc>
      </w:tr>
      <w:tr w:rsidR="00BA1EBF" w14:paraId="46FFDB9F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D6734" w14:textId="77777777" w:rsidR="00BA1EBF" w:rsidRDefault="00000000">
            <w:r>
              <w:t>ФИО: ______________________________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CF355" w14:textId="77777777" w:rsidR="00BA1EBF" w:rsidRDefault="00BA1EBF"/>
        </w:tc>
      </w:tr>
    </w:tbl>
    <w:p w14:paraId="20B38A85" w14:textId="6D842668" w:rsidR="00BA1EBF" w:rsidRDefault="00BA1EBF">
      <w:pPr>
        <w:spacing w:after="0"/>
        <w:jc w:val="center"/>
      </w:pPr>
    </w:p>
    <w:sectPr w:rsidR="00BA1EBF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900992">
    <w:abstractNumId w:val="8"/>
  </w:num>
  <w:num w:numId="2" w16cid:durableId="782654945">
    <w:abstractNumId w:val="6"/>
  </w:num>
  <w:num w:numId="3" w16cid:durableId="909120000">
    <w:abstractNumId w:val="5"/>
  </w:num>
  <w:num w:numId="4" w16cid:durableId="1410616158">
    <w:abstractNumId w:val="4"/>
  </w:num>
  <w:num w:numId="5" w16cid:durableId="403991785">
    <w:abstractNumId w:val="7"/>
  </w:num>
  <w:num w:numId="6" w16cid:durableId="1817646162">
    <w:abstractNumId w:val="3"/>
  </w:num>
  <w:num w:numId="7" w16cid:durableId="389574749">
    <w:abstractNumId w:val="2"/>
  </w:num>
  <w:num w:numId="8" w16cid:durableId="242419706">
    <w:abstractNumId w:val="1"/>
  </w:num>
  <w:num w:numId="9" w16cid:durableId="16780771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849"/>
    <w:rsid w:val="0015074B"/>
    <w:rsid w:val="0029639D"/>
    <w:rsid w:val="00326F90"/>
    <w:rsid w:val="00AA1D8D"/>
    <w:rsid w:val="00B47730"/>
    <w:rsid w:val="00BA1EBF"/>
    <w:rsid w:val="00CB0664"/>
    <w:rsid w:val="00D97E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6E41A"/>
  <w14:defaultImageDpi w14:val="300"/>
  <w15:docId w15:val="{4500662F-6E4A-3B44-A01E-BC0CB102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Исайкин Евгений Дмитриевич</cp:lastModifiedBy>
  <cp:revision>2</cp:revision>
  <dcterms:created xsi:type="dcterms:W3CDTF">2013-12-23T23:15:00Z</dcterms:created>
  <dcterms:modified xsi:type="dcterms:W3CDTF">2026-09-24T14:35:00Z</dcterms:modified>
  <cp:category/>
</cp:coreProperties>
</file>